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9CC15" w14:textId="2DA717F3" w:rsidR="000259EE" w:rsidRPr="00DA6C93" w:rsidRDefault="00377B66" w:rsidP="00377B66">
      <w:pPr>
        <w:spacing w:after="0"/>
        <w:jc w:val="center"/>
        <w:rPr>
          <w:sz w:val="24"/>
          <w:szCs w:val="24"/>
        </w:rPr>
      </w:pPr>
      <w:r w:rsidRPr="00DA6C93">
        <w:rPr>
          <w:b/>
          <w:sz w:val="24"/>
          <w:szCs w:val="24"/>
        </w:rPr>
        <w:t>PRIJAVA</w:t>
      </w:r>
    </w:p>
    <w:p w14:paraId="28D50768" w14:textId="176BD676" w:rsidR="004A29FA" w:rsidRDefault="00377B66" w:rsidP="00377B66">
      <w:pPr>
        <w:spacing w:after="0"/>
        <w:jc w:val="center"/>
        <w:rPr>
          <w:b/>
          <w:sz w:val="24"/>
          <w:szCs w:val="24"/>
          <w:lang w:val="hr-HR"/>
        </w:rPr>
      </w:pPr>
      <w:r w:rsidRPr="00DA6C93">
        <w:rPr>
          <w:b/>
          <w:sz w:val="24"/>
          <w:szCs w:val="24"/>
        </w:rPr>
        <w:t xml:space="preserve">ZA DODJELU STUDENTSKE STIPENDIJE GRADA DUGE RESE ZA </w:t>
      </w:r>
      <w:r w:rsidRPr="008202F7">
        <w:rPr>
          <w:b/>
          <w:sz w:val="24"/>
          <w:szCs w:val="24"/>
          <w:lang w:val="hr-HR"/>
        </w:rPr>
        <w:t>AKADEMSKU GODINU 2026.</w:t>
      </w:r>
      <w:r>
        <w:rPr>
          <w:b/>
          <w:sz w:val="24"/>
          <w:szCs w:val="24"/>
          <w:lang w:val="hr-HR"/>
        </w:rPr>
        <w:t xml:space="preserve"> </w:t>
      </w:r>
      <w:r w:rsidRPr="008202F7">
        <w:rPr>
          <w:b/>
          <w:sz w:val="24"/>
          <w:szCs w:val="24"/>
          <w:lang w:val="hr-HR"/>
        </w:rPr>
        <w:t>/</w:t>
      </w:r>
      <w:r>
        <w:rPr>
          <w:b/>
          <w:sz w:val="24"/>
          <w:szCs w:val="24"/>
          <w:lang w:val="hr-HR"/>
        </w:rPr>
        <w:t xml:space="preserve"> </w:t>
      </w:r>
      <w:r w:rsidRPr="008202F7">
        <w:rPr>
          <w:b/>
          <w:sz w:val="24"/>
          <w:szCs w:val="24"/>
          <w:lang w:val="hr-HR"/>
        </w:rPr>
        <w:t>2027.</w:t>
      </w:r>
    </w:p>
    <w:p w14:paraId="6AD907FA" w14:textId="77777777" w:rsidR="008202F7" w:rsidRPr="00DA6C93" w:rsidRDefault="008202F7" w:rsidP="004A29FA">
      <w:pPr>
        <w:jc w:val="center"/>
        <w:rPr>
          <w:b/>
          <w:sz w:val="24"/>
          <w:szCs w:val="24"/>
        </w:rPr>
      </w:pPr>
    </w:p>
    <w:p w14:paraId="3918F1B0" w14:textId="77777777" w:rsidR="004A29FA" w:rsidRDefault="004A29FA">
      <w:pPr>
        <w:jc w:val="center"/>
      </w:pPr>
    </w:p>
    <w:p w14:paraId="29A5518D" w14:textId="6E1F9C4C" w:rsidR="000259EE" w:rsidRPr="004A29FA" w:rsidRDefault="00000000" w:rsidP="004A29FA">
      <w:pPr>
        <w:pStyle w:val="Odlomakpopisa"/>
        <w:numPr>
          <w:ilvl w:val="0"/>
          <w:numId w:val="10"/>
        </w:numPr>
        <w:rPr>
          <w:b/>
          <w:sz w:val="24"/>
          <w:szCs w:val="24"/>
        </w:rPr>
      </w:pPr>
      <w:r w:rsidRPr="004A29FA">
        <w:rPr>
          <w:b/>
          <w:sz w:val="24"/>
          <w:szCs w:val="24"/>
        </w:rPr>
        <w:t>PODACI O PODNOSITELJU PRIJAVE</w:t>
      </w:r>
    </w:p>
    <w:tbl>
      <w:tblPr>
        <w:tblStyle w:val="Reetkatablice"/>
        <w:tblW w:w="10173" w:type="dxa"/>
        <w:tblLook w:val="04A0" w:firstRow="1" w:lastRow="0" w:firstColumn="1" w:lastColumn="0" w:noHBand="0" w:noVBand="1"/>
      </w:tblPr>
      <w:tblGrid>
        <w:gridCol w:w="3936"/>
        <w:gridCol w:w="6237"/>
      </w:tblGrid>
      <w:tr w:rsidR="004A29FA" w14:paraId="6B8E01D2" w14:textId="77777777" w:rsidTr="004A29FA">
        <w:tc>
          <w:tcPr>
            <w:tcW w:w="3936" w:type="dxa"/>
          </w:tcPr>
          <w:p w14:paraId="72A68048" w14:textId="50073236" w:rsidR="004A29FA" w:rsidRPr="004A29FA" w:rsidRDefault="004A29FA" w:rsidP="004A29FA">
            <w:pPr>
              <w:rPr>
                <w:sz w:val="22"/>
              </w:rPr>
            </w:pPr>
            <w:r w:rsidRPr="004A29FA">
              <w:rPr>
                <w:sz w:val="22"/>
              </w:rPr>
              <w:t>IME I PREZIME:</w:t>
            </w:r>
          </w:p>
        </w:tc>
        <w:tc>
          <w:tcPr>
            <w:tcW w:w="6237" w:type="dxa"/>
          </w:tcPr>
          <w:p w14:paraId="789447A8" w14:textId="77777777" w:rsidR="004A29FA" w:rsidRPr="004A29FA" w:rsidRDefault="004A29FA" w:rsidP="004A29FA">
            <w:pPr>
              <w:rPr>
                <w:sz w:val="22"/>
              </w:rPr>
            </w:pPr>
          </w:p>
        </w:tc>
      </w:tr>
      <w:tr w:rsidR="004A29FA" w14:paraId="57C7587C" w14:textId="77777777" w:rsidTr="004A29FA">
        <w:tc>
          <w:tcPr>
            <w:tcW w:w="3936" w:type="dxa"/>
          </w:tcPr>
          <w:p w14:paraId="41E8D6FD" w14:textId="75942974" w:rsidR="004A29FA" w:rsidRPr="004A29FA" w:rsidRDefault="004A29FA" w:rsidP="004A29FA">
            <w:pPr>
              <w:rPr>
                <w:sz w:val="22"/>
              </w:rPr>
            </w:pPr>
            <w:r w:rsidRPr="004A29FA">
              <w:rPr>
                <w:sz w:val="22"/>
              </w:rPr>
              <w:t>OIB:</w:t>
            </w:r>
          </w:p>
        </w:tc>
        <w:tc>
          <w:tcPr>
            <w:tcW w:w="6237" w:type="dxa"/>
          </w:tcPr>
          <w:p w14:paraId="1C8C91F0" w14:textId="77777777" w:rsidR="004A29FA" w:rsidRPr="004A29FA" w:rsidRDefault="004A29FA" w:rsidP="004A29FA">
            <w:pPr>
              <w:rPr>
                <w:sz w:val="22"/>
              </w:rPr>
            </w:pPr>
          </w:p>
        </w:tc>
      </w:tr>
      <w:tr w:rsidR="004A29FA" w14:paraId="26F43427" w14:textId="77777777" w:rsidTr="004A29FA">
        <w:tc>
          <w:tcPr>
            <w:tcW w:w="3936" w:type="dxa"/>
          </w:tcPr>
          <w:p w14:paraId="159A8503" w14:textId="1AAE6B07" w:rsidR="004A29FA" w:rsidRPr="004A29FA" w:rsidRDefault="004A29FA" w:rsidP="004A29FA">
            <w:pPr>
              <w:rPr>
                <w:sz w:val="22"/>
              </w:rPr>
            </w:pPr>
            <w:r w:rsidRPr="004A29FA">
              <w:rPr>
                <w:sz w:val="22"/>
              </w:rPr>
              <w:t>DATUM ROĐENJA:</w:t>
            </w:r>
          </w:p>
        </w:tc>
        <w:tc>
          <w:tcPr>
            <w:tcW w:w="6237" w:type="dxa"/>
          </w:tcPr>
          <w:p w14:paraId="63ED7025" w14:textId="77777777" w:rsidR="004A29FA" w:rsidRPr="004A29FA" w:rsidRDefault="004A29FA" w:rsidP="004A29FA">
            <w:pPr>
              <w:rPr>
                <w:sz w:val="22"/>
              </w:rPr>
            </w:pPr>
          </w:p>
        </w:tc>
      </w:tr>
      <w:tr w:rsidR="004A29FA" w14:paraId="02BAF98D" w14:textId="77777777" w:rsidTr="004A29FA">
        <w:tc>
          <w:tcPr>
            <w:tcW w:w="3936" w:type="dxa"/>
          </w:tcPr>
          <w:p w14:paraId="0181878D" w14:textId="22D684B9" w:rsidR="004A29FA" w:rsidRPr="004A29FA" w:rsidRDefault="004A29FA" w:rsidP="004A29FA">
            <w:pPr>
              <w:rPr>
                <w:sz w:val="22"/>
              </w:rPr>
            </w:pPr>
            <w:r w:rsidRPr="004A29FA">
              <w:rPr>
                <w:sz w:val="22"/>
              </w:rPr>
              <w:t>ADRESA PREBIVALIŠTA:</w:t>
            </w:r>
          </w:p>
        </w:tc>
        <w:tc>
          <w:tcPr>
            <w:tcW w:w="6237" w:type="dxa"/>
          </w:tcPr>
          <w:p w14:paraId="6139D55B" w14:textId="77777777" w:rsidR="004A29FA" w:rsidRPr="004A29FA" w:rsidRDefault="004A29FA" w:rsidP="004A29FA">
            <w:pPr>
              <w:rPr>
                <w:sz w:val="22"/>
              </w:rPr>
            </w:pPr>
          </w:p>
        </w:tc>
      </w:tr>
      <w:tr w:rsidR="004A29FA" w14:paraId="36D63C30" w14:textId="77777777" w:rsidTr="004A29FA">
        <w:tc>
          <w:tcPr>
            <w:tcW w:w="3936" w:type="dxa"/>
          </w:tcPr>
          <w:p w14:paraId="5A044DF8" w14:textId="79934BF9" w:rsidR="004A29FA" w:rsidRPr="004A29FA" w:rsidRDefault="004A29FA" w:rsidP="004A29FA">
            <w:pPr>
              <w:rPr>
                <w:sz w:val="22"/>
              </w:rPr>
            </w:pPr>
            <w:r w:rsidRPr="004A29FA">
              <w:rPr>
                <w:sz w:val="22"/>
              </w:rPr>
              <w:t>BROJ MOBITELA:</w:t>
            </w:r>
          </w:p>
        </w:tc>
        <w:tc>
          <w:tcPr>
            <w:tcW w:w="6237" w:type="dxa"/>
          </w:tcPr>
          <w:p w14:paraId="72300254" w14:textId="77777777" w:rsidR="004A29FA" w:rsidRPr="004A29FA" w:rsidRDefault="004A29FA" w:rsidP="004A29FA">
            <w:pPr>
              <w:rPr>
                <w:sz w:val="22"/>
              </w:rPr>
            </w:pPr>
          </w:p>
        </w:tc>
      </w:tr>
      <w:tr w:rsidR="004A29FA" w14:paraId="65AD2186" w14:textId="77777777" w:rsidTr="004A29FA">
        <w:tc>
          <w:tcPr>
            <w:tcW w:w="3936" w:type="dxa"/>
          </w:tcPr>
          <w:p w14:paraId="53CFD806" w14:textId="1E3EDB7B" w:rsidR="004A29FA" w:rsidRPr="004A29FA" w:rsidRDefault="004A29FA" w:rsidP="004A29FA">
            <w:pPr>
              <w:rPr>
                <w:sz w:val="22"/>
              </w:rPr>
            </w:pPr>
            <w:r w:rsidRPr="004A29FA">
              <w:rPr>
                <w:sz w:val="22"/>
              </w:rPr>
              <w:t>ADRESA ELEKTRONIČKE POŠTE</w:t>
            </w:r>
          </w:p>
        </w:tc>
        <w:tc>
          <w:tcPr>
            <w:tcW w:w="6237" w:type="dxa"/>
          </w:tcPr>
          <w:p w14:paraId="679F4F2B" w14:textId="77777777" w:rsidR="004A29FA" w:rsidRPr="004A29FA" w:rsidRDefault="004A29FA" w:rsidP="004A29FA">
            <w:pPr>
              <w:rPr>
                <w:sz w:val="22"/>
              </w:rPr>
            </w:pPr>
          </w:p>
        </w:tc>
      </w:tr>
    </w:tbl>
    <w:p w14:paraId="5734BF8B" w14:textId="77777777" w:rsidR="004A29FA" w:rsidRDefault="004A29FA"/>
    <w:p w14:paraId="6220B032" w14:textId="77777777" w:rsidR="004A29FA" w:rsidRDefault="004A29FA"/>
    <w:p w14:paraId="4C2ABC0D" w14:textId="77777777" w:rsidR="00DA6C93" w:rsidRDefault="00DA6C93"/>
    <w:p w14:paraId="47CB041B" w14:textId="52E8800A" w:rsidR="004A29FA" w:rsidRPr="004A29FA" w:rsidRDefault="00000000" w:rsidP="004A29FA">
      <w:pPr>
        <w:pStyle w:val="Odlomakpopisa"/>
        <w:numPr>
          <w:ilvl w:val="0"/>
          <w:numId w:val="10"/>
        </w:numPr>
        <w:rPr>
          <w:b/>
          <w:sz w:val="24"/>
          <w:szCs w:val="24"/>
        </w:rPr>
      </w:pPr>
      <w:r w:rsidRPr="004A29FA">
        <w:rPr>
          <w:b/>
          <w:sz w:val="24"/>
          <w:szCs w:val="24"/>
        </w:rPr>
        <w:t>PODACI O STUDIJU</w:t>
      </w:r>
    </w:p>
    <w:tbl>
      <w:tblPr>
        <w:tblStyle w:val="Reetkatablice"/>
        <w:tblW w:w="10173" w:type="dxa"/>
        <w:tblLook w:val="04A0" w:firstRow="1" w:lastRow="0" w:firstColumn="1" w:lastColumn="0" w:noHBand="0" w:noVBand="1"/>
      </w:tblPr>
      <w:tblGrid>
        <w:gridCol w:w="3936"/>
        <w:gridCol w:w="6237"/>
      </w:tblGrid>
      <w:tr w:rsidR="004A29FA" w14:paraId="7140F9AA" w14:textId="77777777" w:rsidTr="004A29FA">
        <w:tc>
          <w:tcPr>
            <w:tcW w:w="3936" w:type="dxa"/>
          </w:tcPr>
          <w:p w14:paraId="13E14520" w14:textId="5FEBFDC3" w:rsidR="004A29FA" w:rsidRPr="004A29FA" w:rsidRDefault="004A29FA" w:rsidP="004A29FA">
            <w:pPr>
              <w:rPr>
                <w:sz w:val="22"/>
              </w:rPr>
            </w:pPr>
            <w:r w:rsidRPr="004A29FA">
              <w:rPr>
                <w:sz w:val="22"/>
              </w:rPr>
              <w:t>NAZIV VISOKOG UČILIŠTA</w:t>
            </w:r>
          </w:p>
        </w:tc>
        <w:tc>
          <w:tcPr>
            <w:tcW w:w="6237" w:type="dxa"/>
          </w:tcPr>
          <w:p w14:paraId="442597E5" w14:textId="77777777" w:rsidR="004A29FA" w:rsidRDefault="004A29FA" w:rsidP="004A29FA"/>
        </w:tc>
      </w:tr>
      <w:tr w:rsidR="004A29FA" w14:paraId="1193C82C" w14:textId="77777777" w:rsidTr="004A29FA">
        <w:tc>
          <w:tcPr>
            <w:tcW w:w="3936" w:type="dxa"/>
          </w:tcPr>
          <w:p w14:paraId="64B6E7EA" w14:textId="0D59E3BF" w:rsidR="004A29FA" w:rsidRPr="004A29FA" w:rsidRDefault="004A29FA" w:rsidP="004A29FA">
            <w:pPr>
              <w:rPr>
                <w:sz w:val="22"/>
              </w:rPr>
            </w:pPr>
            <w:r w:rsidRPr="004A29FA">
              <w:rPr>
                <w:sz w:val="22"/>
              </w:rPr>
              <w:t>SJEDIŠTE VISOKOG UČILIŠTA (GRAD)</w:t>
            </w:r>
          </w:p>
        </w:tc>
        <w:tc>
          <w:tcPr>
            <w:tcW w:w="6237" w:type="dxa"/>
          </w:tcPr>
          <w:p w14:paraId="57EBF145" w14:textId="77777777" w:rsidR="004A29FA" w:rsidRDefault="004A29FA" w:rsidP="004A29FA"/>
        </w:tc>
      </w:tr>
      <w:tr w:rsidR="004A29FA" w14:paraId="447C1D0F" w14:textId="77777777" w:rsidTr="004A29FA">
        <w:tc>
          <w:tcPr>
            <w:tcW w:w="3936" w:type="dxa"/>
          </w:tcPr>
          <w:p w14:paraId="6D730D3C" w14:textId="7E999B3B" w:rsidR="004A29FA" w:rsidRPr="004A29FA" w:rsidRDefault="004A29FA" w:rsidP="004A29FA">
            <w:pPr>
              <w:rPr>
                <w:sz w:val="22"/>
              </w:rPr>
            </w:pPr>
            <w:r w:rsidRPr="004A29FA">
              <w:rPr>
                <w:sz w:val="22"/>
              </w:rPr>
              <w:t>NAZIV/SMJER STUDIJA</w:t>
            </w:r>
          </w:p>
        </w:tc>
        <w:tc>
          <w:tcPr>
            <w:tcW w:w="6237" w:type="dxa"/>
          </w:tcPr>
          <w:p w14:paraId="71CF9B0C" w14:textId="77777777" w:rsidR="004A29FA" w:rsidRDefault="004A29FA" w:rsidP="004A29FA"/>
        </w:tc>
      </w:tr>
      <w:tr w:rsidR="004A29FA" w14:paraId="4A0EF35C" w14:textId="77777777" w:rsidTr="004A29FA">
        <w:tc>
          <w:tcPr>
            <w:tcW w:w="3936" w:type="dxa"/>
          </w:tcPr>
          <w:p w14:paraId="6873B278" w14:textId="5BF49525" w:rsidR="004A29FA" w:rsidRPr="004A29FA" w:rsidRDefault="004A29FA" w:rsidP="004A29FA">
            <w:pPr>
              <w:rPr>
                <w:sz w:val="22"/>
              </w:rPr>
            </w:pPr>
            <w:r w:rsidRPr="004A29FA">
              <w:rPr>
                <w:sz w:val="22"/>
              </w:rPr>
              <w:t>VRSTA STUDIJA</w:t>
            </w:r>
          </w:p>
        </w:tc>
        <w:tc>
          <w:tcPr>
            <w:tcW w:w="6237" w:type="dxa"/>
          </w:tcPr>
          <w:p w14:paraId="3992A69F" w14:textId="77777777" w:rsidR="004A29FA" w:rsidRDefault="004A29FA" w:rsidP="004A29FA"/>
        </w:tc>
      </w:tr>
      <w:tr w:rsidR="004A29FA" w14:paraId="2A2BFF4E" w14:textId="77777777" w:rsidTr="004A29FA">
        <w:tc>
          <w:tcPr>
            <w:tcW w:w="3936" w:type="dxa"/>
          </w:tcPr>
          <w:p w14:paraId="3A9AE2D8" w14:textId="7B283A2C" w:rsidR="004A29FA" w:rsidRPr="004A29FA" w:rsidRDefault="004A29FA" w:rsidP="004A29FA">
            <w:pPr>
              <w:rPr>
                <w:sz w:val="22"/>
              </w:rPr>
            </w:pPr>
            <w:r w:rsidRPr="004A29FA">
              <w:rPr>
                <w:sz w:val="22"/>
              </w:rPr>
              <w:t>GODINA STUDIJA KOJU STUDENT POHAĐA U AKADEMSKOJ GODINI 2026.</w:t>
            </w:r>
            <w:r>
              <w:rPr>
                <w:sz w:val="22"/>
              </w:rPr>
              <w:t xml:space="preserve"> </w:t>
            </w:r>
            <w:r w:rsidRPr="004A29FA">
              <w:rPr>
                <w:sz w:val="22"/>
              </w:rPr>
              <w:t xml:space="preserve">/2027. </w:t>
            </w:r>
          </w:p>
        </w:tc>
        <w:tc>
          <w:tcPr>
            <w:tcW w:w="6237" w:type="dxa"/>
          </w:tcPr>
          <w:p w14:paraId="62FD4AD0" w14:textId="77777777" w:rsidR="004A29FA" w:rsidRDefault="004A29FA" w:rsidP="004A29FA"/>
        </w:tc>
      </w:tr>
    </w:tbl>
    <w:p w14:paraId="6515F7CD" w14:textId="77777777" w:rsidR="004A29FA" w:rsidRDefault="004A29FA"/>
    <w:p w14:paraId="02ABA0BC" w14:textId="77777777" w:rsidR="008202F7" w:rsidRDefault="008202F7"/>
    <w:p w14:paraId="7984FE25" w14:textId="77777777" w:rsidR="00DA6C93" w:rsidRDefault="00DA6C93"/>
    <w:p w14:paraId="0EE8C58F" w14:textId="09FA3050" w:rsidR="000259EE" w:rsidRPr="004A29FA" w:rsidRDefault="00000000" w:rsidP="004A29FA">
      <w:pPr>
        <w:pStyle w:val="Odlomakpopisa"/>
        <w:numPr>
          <w:ilvl w:val="0"/>
          <w:numId w:val="10"/>
        </w:numPr>
        <w:rPr>
          <w:b/>
          <w:sz w:val="24"/>
          <w:szCs w:val="24"/>
        </w:rPr>
      </w:pPr>
      <w:r w:rsidRPr="004A29FA">
        <w:rPr>
          <w:b/>
          <w:sz w:val="24"/>
          <w:szCs w:val="24"/>
        </w:rPr>
        <w:t>PODACI O USPJEHU TIJEKOM ŠKOLOVANJA</w:t>
      </w:r>
    </w:p>
    <w:p w14:paraId="416BE978" w14:textId="3C509A7E" w:rsidR="004A29FA" w:rsidRPr="004A29FA" w:rsidRDefault="004A29FA" w:rsidP="004A29FA">
      <w:pPr>
        <w:rPr>
          <w:sz w:val="22"/>
        </w:rPr>
      </w:pPr>
    </w:p>
    <w:p w14:paraId="12EFC828" w14:textId="40AC9D40" w:rsidR="000259EE" w:rsidRPr="004A29FA" w:rsidRDefault="004A29FA">
      <w:pPr>
        <w:rPr>
          <w:sz w:val="22"/>
          <w:lang w:val="hr-HR"/>
        </w:rPr>
      </w:pPr>
      <w:r w:rsidRPr="004A29FA">
        <w:rPr>
          <w:b/>
          <w:sz w:val="22"/>
          <w:lang w:val="hr-HR"/>
        </w:rPr>
        <w:t>ZA STUDENTE PRVE GODINE STUDIJA:</w:t>
      </w:r>
    </w:p>
    <w:p w14:paraId="13DE6BC5" w14:textId="47638DFD" w:rsidR="000259EE" w:rsidRPr="004A29FA" w:rsidRDefault="00000000">
      <w:pPr>
        <w:rPr>
          <w:sz w:val="22"/>
          <w:lang w:val="hr-HR"/>
        </w:rPr>
      </w:pPr>
      <w:r w:rsidRPr="004A29FA">
        <w:rPr>
          <w:sz w:val="22"/>
          <w:lang w:val="hr-HR"/>
        </w:rPr>
        <w:t>Prosječna ocjena posljednja dva razreda srednje škole: _______</w:t>
      </w:r>
      <w:r w:rsidR="004A29FA" w:rsidRPr="004A29FA">
        <w:rPr>
          <w:sz w:val="22"/>
          <w:lang w:val="hr-HR"/>
        </w:rPr>
        <w:t>________________</w:t>
      </w:r>
      <w:r w:rsidRPr="004A29FA">
        <w:rPr>
          <w:sz w:val="22"/>
          <w:lang w:val="hr-HR"/>
        </w:rPr>
        <w:t>___</w:t>
      </w:r>
    </w:p>
    <w:p w14:paraId="79A6F47E" w14:textId="77777777" w:rsidR="004A29FA" w:rsidRPr="004A29FA" w:rsidRDefault="004A29FA">
      <w:pPr>
        <w:rPr>
          <w:sz w:val="22"/>
          <w:lang w:val="hr-HR"/>
        </w:rPr>
      </w:pPr>
    </w:p>
    <w:p w14:paraId="56D911BF" w14:textId="1EAD55B7" w:rsidR="000259EE" w:rsidRPr="004A29FA" w:rsidRDefault="004A29FA">
      <w:pPr>
        <w:rPr>
          <w:sz w:val="22"/>
          <w:lang w:val="hr-HR"/>
        </w:rPr>
      </w:pPr>
      <w:r w:rsidRPr="004A29FA">
        <w:rPr>
          <w:b/>
          <w:sz w:val="22"/>
          <w:lang w:val="hr-HR"/>
        </w:rPr>
        <w:t>ZA STUDENTE VIŠIH GODINA STUDIJA:</w:t>
      </w:r>
    </w:p>
    <w:p w14:paraId="608ABA88" w14:textId="23BB7781" w:rsidR="000259EE" w:rsidRPr="004A29FA" w:rsidRDefault="00000000">
      <w:pPr>
        <w:rPr>
          <w:sz w:val="22"/>
          <w:lang w:val="hr-HR"/>
        </w:rPr>
      </w:pPr>
      <w:r w:rsidRPr="004A29FA">
        <w:rPr>
          <w:sz w:val="22"/>
          <w:lang w:val="hr-HR"/>
        </w:rPr>
        <w:t>Prosjek svih ocjena ostvarenih tijekom dosadašnjeg studija: __</w:t>
      </w:r>
      <w:r w:rsidR="004A29FA" w:rsidRPr="004A29FA">
        <w:rPr>
          <w:sz w:val="22"/>
          <w:lang w:val="hr-HR"/>
        </w:rPr>
        <w:t>____________</w:t>
      </w:r>
      <w:r w:rsidRPr="004A29FA">
        <w:rPr>
          <w:sz w:val="22"/>
          <w:lang w:val="hr-HR"/>
        </w:rPr>
        <w:t>________</w:t>
      </w:r>
    </w:p>
    <w:p w14:paraId="4522CDB2" w14:textId="2C4A4279" w:rsidR="000259EE" w:rsidRDefault="00000000">
      <w:pPr>
        <w:rPr>
          <w:sz w:val="22"/>
          <w:lang w:val="hr-HR"/>
        </w:rPr>
      </w:pPr>
      <w:r w:rsidRPr="004A29FA">
        <w:rPr>
          <w:sz w:val="22"/>
          <w:lang w:val="hr-HR"/>
        </w:rPr>
        <w:t>Broj ECTS bodova ostvarenih u prethodnoj akademskoj godini: ___</w:t>
      </w:r>
      <w:r w:rsidR="004A29FA" w:rsidRPr="004A29FA">
        <w:rPr>
          <w:sz w:val="22"/>
          <w:lang w:val="hr-HR"/>
        </w:rPr>
        <w:t>__________</w:t>
      </w:r>
      <w:r w:rsidRPr="004A29FA">
        <w:rPr>
          <w:sz w:val="22"/>
          <w:lang w:val="hr-HR"/>
        </w:rPr>
        <w:t>_______</w:t>
      </w:r>
    </w:p>
    <w:p w14:paraId="25440005" w14:textId="77777777" w:rsidR="00377B66" w:rsidRPr="004A29FA" w:rsidRDefault="00377B66">
      <w:pPr>
        <w:rPr>
          <w:sz w:val="22"/>
          <w:lang w:val="hr-HR"/>
        </w:rPr>
      </w:pPr>
    </w:p>
    <w:p w14:paraId="1B1118DC" w14:textId="77777777" w:rsidR="004A29FA" w:rsidRPr="00DA6C93" w:rsidRDefault="004A29FA" w:rsidP="00DA6C93">
      <w:pPr>
        <w:pStyle w:val="Odlomakpopisa"/>
        <w:numPr>
          <w:ilvl w:val="0"/>
          <w:numId w:val="10"/>
        </w:numPr>
        <w:tabs>
          <w:tab w:val="left" w:pos="426"/>
        </w:tabs>
        <w:rPr>
          <w:sz w:val="24"/>
          <w:szCs w:val="24"/>
        </w:rPr>
      </w:pPr>
      <w:r w:rsidRPr="00DA6C93">
        <w:rPr>
          <w:b/>
          <w:sz w:val="24"/>
          <w:szCs w:val="24"/>
        </w:rPr>
        <w:lastRenderedPageBreak/>
        <w:t xml:space="preserve"> DOKUMENTACIJA UZ PRIJAVU</w:t>
      </w:r>
    </w:p>
    <w:p w14:paraId="23809C96" w14:textId="77777777" w:rsidR="00DA6C93" w:rsidRPr="00DA6C93" w:rsidRDefault="00DA6C93" w:rsidP="00DA6C93">
      <w:pPr>
        <w:tabs>
          <w:tab w:val="left" w:pos="426"/>
        </w:tabs>
        <w:rPr>
          <w:sz w:val="24"/>
          <w:szCs w:val="24"/>
        </w:rPr>
      </w:pPr>
    </w:p>
    <w:p w14:paraId="4CA0D85A" w14:textId="5196A3A7" w:rsidR="004A29FA" w:rsidRPr="004A29FA" w:rsidRDefault="004A29FA" w:rsidP="008202F7">
      <w:pPr>
        <w:ind w:left="426" w:hanging="568"/>
      </w:pPr>
      <w:r w:rsidRPr="004A29FA">
        <w:rPr>
          <w:sz w:val="22"/>
          <w:lang w:val="hr-HR"/>
        </w:rPr>
        <w:t>Uz prijavu prilažem:</w:t>
      </w:r>
    </w:p>
    <w:p w14:paraId="55A5EAFE" w14:textId="20CDB8F1" w:rsidR="004A29FA" w:rsidRPr="004A29FA" w:rsidRDefault="00DA6C93" w:rsidP="008202F7">
      <w:pPr>
        <w:jc w:val="both"/>
        <w:rPr>
          <w:sz w:val="22"/>
          <w:lang w:val="hr-HR"/>
        </w:rPr>
      </w:pPr>
      <w:sdt>
        <w:sdtPr>
          <w:rPr>
            <w:sz w:val="22"/>
            <w:lang w:val="hr-HR"/>
          </w:rPr>
          <w:id w:val="1617721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7B66">
            <w:rPr>
              <w:rFonts w:ascii="MS Gothic" w:eastAsia="MS Gothic" w:hAnsi="MS Gothic" w:hint="eastAsia"/>
              <w:sz w:val="22"/>
              <w:lang w:val="hr-HR"/>
            </w:rPr>
            <w:t>☐</w:t>
          </w:r>
        </w:sdtContent>
      </w:sdt>
      <w:r>
        <w:rPr>
          <w:sz w:val="22"/>
          <w:lang w:val="hr-HR"/>
        </w:rPr>
        <w:t xml:space="preserve">  </w:t>
      </w:r>
      <w:r w:rsidR="004A29FA" w:rsidRPr="004A29FA">
        <w:rPr>
          <w:sz w:val="22"/>
          <w:lang w:val="hr-HR"/>
        </w:rPr>
        <w:t xml:space="preserve">Presliku važeće osobne iskaznice </w:t>
      </w:r>
      <w:r w:rsidR="008202F7">
        <w:rPr>
          <w:sz w:val="22"/>
          <w:lang w:val="hr-HR"/>
        </w:rPr>
        <w:t>ili u</w:t>
      </w:r>
      <w:r w:rsidR="004A29FA">
        <w:rPr>
          <w:sz w:val="22"/>
          <w:lang w:val="hr-HR"/>
        </w:rPr>
        <w:t>vjerenje o prebivalištu</w:t>
      </w:r>
    </w:p>
    <w:p w14:paraId="6E0471C4" w14:textId="508A300C" w:rsidR="004A29FA" w:rsidRPr="004A29FA" w:rsidRDefault="00DA6C93" w:rsidP="008202F7">
      <w:pPr>
        <w:ind w:left="284" w:hanging="284"/>
        <w:jc w:val="both"/>
        <w:rPr>
          <w:sz w:val="22"/>
          <w:lang w:val="hr-HR"/>
        </w:rPr>
      </w:pPr>
      <w:sdt>
        <w:sdtPr>
          <w:rPr>
            <w:sz w:val="22"/>
            <w:lang w:val="hr-HR"/>
          </w:rPr>
          <w:id w:val="1112096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hr-HR"/>
            </w:rPr>
            <w:t>☐</w:t>
          </w:r>
        </w:sdtContent>
      </w:sdt>
      <w:r>
        <w:rPr>
          <w:sz w:val="22"/>
          <w:lang w:val="hr-HR"/>
        </w:rPr>
        <w:t xml:space="preserve">  </w:t>
      </w:r>
      <w:r w:rsidR="004A29FA" w:rsidRPr="004A29FA">
        <w:rPr>
          <w:sz w:val="22"/>
          <w:lang w:val="hr-HR"/>
        </w:rPr>
        <w:t>Potvrdu visokog učilišta o upisu u akademsku godinu 2026./2027. iz koje je vidljiv</w:t>
      </w:r>
      <w:r w:rsidR="00377B66">
        <w:rPr>
          <w:sz w:val="22"/>
          <w:lang w:val="hr-HR"/>
        </w:rPr>
        <w:t xml:space="preserve"> </w:t>
      </w:r>
      <w:r w:rsidR="004A29FA" w:rsidRPr="004A29FA">
        <w:rPr>
          <w:sz w:val="22"/>
          <w:lang w:val="hr-HR"/>
        </w:rPr>
        <w:t>status redovitog studenta</w:t>
      </w:r>
    </w:p>
    <w:p w14:paraId="3B8D6969" w14:textId="216AAA80" w:rsidR="004A29FA" w:rsidRPr="004A29FA" w:rsidRDefault="00DA6C93" w:rsidP="008202F7">
      <w:pPr>
        <w:jc w:val="both"/>
        <w:rPr>
          <w:sz w:val="22"/>
          <w:lang w:val="hr-HR"/>
        </w:rPr>
      </w:pPr>
      <w:sdt>
        <w:sdtPr>
          <w:rPr>
            <w:sz w:val="22"/>
            <w:lang w:val="hr-HR"/>
          </w:rPr>
          <w:id w:val="141086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hr-HR"/>
            </w:rPr>
            <w:t>☐</w:t>
          </w:r>
        </w:sdtContent>
      </w:sdt>
      <w:r>
        <w:rPr>
          <w:sz w:val="22"/>
          <w:lang w:val="hr-HR"/>
        </w:rPr>
        <w:t xml:space="preserve">  </w:t>
      </w:r>
      <w:r w:rsidR="004A29FA" w:rsidRPr="004A29FA">
        <w:rPr>
          <w:sz w:val="22"/>
          <w:lang w:val="hr-HR"/>
        </w:rPr>
        <w:t>Izjavu o davanju suglasnosti za obradu osobnih podataka</w:t>
      </w:r>
    </w:p>
    <w:p w14:paraId="3B11A8B4" w14:textId="0E60C551" w:rsidR="004A29FA" w:rsidRPr="004A29FA" w:rsidRDefault="00DA6C93" w:rsidP="008202F7">
      <w:pPr>
        <w:jc w:val="both"/>
        <w:rPr>
          <w:sz w:val="22"/>
          <w:lang w:val="hr-HR"/>
        </w:rPr>
      </w:pPr>
      <w:sdt>
        <w:sdtPr>
          <w:rPr>
            <w:sz w:val="22"/>
            <w:lang w:val="hr-HR"/>
          </w:rPr>
          <w:id w:val="-1842696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hr-HR"/>
            </w:rPr>
            <w:t>☐</w:t>
          </w:r>
        </w:sdtContent>
      </w:sdt>
      <w:r w:rsidR="004A29FA" w:rsidRPr="004A29FA">
        <w:rPr>
          <w:sz w:val="22"/>
          <w:lang w:val="hr-HR"/>
        </w:rPr>
        <w:t xml:space="preserve"> </w:t>
      </w:r>
      <w:r>
        <w:rPr>
          <w:sz w:val="22"/>
          <w:lang w:val="hr-HR"/>
        </w:rPr>
        <w:t xml:space="preserve"> </w:t>
      </w:r>
      <w:r w:rsidR="004A29FA" w:rsidRPr="004A29FA">
        <w:rPr>
          <w:sz w:val="22"/>
          <w:lang w:val="hr-HR"/>
        </w:rPr>
        <w:t>Izjavu da nisam korisnik druge stipendije koja se financira iz javnih izvora</w:t>
      </w:r>
    </w:p>
    <w:p w14:paraId="2F81C6C7" w14:textId="181590CD" w:rsidR="004A29FA" w:rsidRPr="004A29FA" w:rsidRDefault="00DA6C93" w:rsidP="008202F7">
      <w:pPr>
        <w:ind w:left="284" w:hanging="284"/>
        <w:jc w:val="both"/>
        <w:rPr>
          <w:sz w:val="22"/>
          <w:lang w:val="hr-HR"/>
        </w:rPr>
      </w:pPr>
      <w:sdt>
        <w:sdtPr>
          <w:rPr>
            <w:sz w:val="22"/>
            <w:lang w:val="hr-HR"/>
          </w:rPr>
          <w:id w:val="-1449233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hr-HR"/>
            </w:rPr>
            <w:t>☐</w:t>
          </w:r>
        </w:sdtContent>
      </w:sdt>
      <w:r>
        <w:rPr>
          <w:sz w:val="22"/>
          <w:lang w:val="hr-HR"/>
        </w:rPr>
        <w:t xml:space="preserve">  </w:t>
      </w:r>
      <w:r w:rsidR="004A29FA" w:rsidRPr="004A29FA">
        <w:rPr>
          <w:sz w:val="22"/>
          <w:lang w:val="hr-HR"/>
        </w:rPr>
        <w:t>Preslike svjedodžbi posljednja dva razreda srednje škole (za studente prve godine studija)</w:t>
      </w:r>
    </w:p>
    <w:p w14:paraId="20B37B6A" w14:textId="414D4BFB" w:rsidR="004A29FA" w:rsidRPr="004A29FA" w:rsidRDefault="00DA6C93" w:rsidP="008202F7">
      <w:pPr>
        <w:ind w:left="284" w:hanging="284"/>
        <w:jc w:val="both"/>
        <w:rPr>
          <w:sz w:val="22"/>
          <w:lang w:val="hr-HR"/>
        </w:rPr>
      </w:pPr>
      <w:sdt>
        <w:sdtPr>
          <w:rPr>
            <w:sz w:val="22"/>
            <w:lang w:val="hr-HR"/>
          </w:rPr>
          <w:id w:val="101850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hr-HR"/>
            </w:rPr>
            <w:t>☐</w:t>
          </w:r>
        </w:sdtContent>
      </w:sdt>
      <w:r w:rsidR="004A29FA" w:rsidRPr="004A29FA">
        <w:rPr>
          <w:sz w:val="22"/>
          <w:lang w:val="hr-HR"/>
        </w:rPr>
        <w:t xml:space="preserve"> </w:t>
      </w:r>
      <w:r>
        <w:rPr>
          <w:sz w:val="22"/>
          <w:lang w:val="hr-HR"/>
        </w:rPr>
        <w:t xml:space="preserve"> </w:t>
      </w:r>
      <w:r w:rsidR="004A29FA" w:rsidRPr="004A29FA">
        <w:rPr>
          <w:sz w:val="22"/>
          <w:lang w:val="hr-HR"/>
        </w:rPr>
        <w:t>Prijepis ocjena ili drugu odgovarajuću ispravu visokog učilišta iz koje je vidljiv prosjek svih ocjena tijekom dosadašnjeg studija i broj ECTS bodova ostvarenih u prethodnoj akademskoj godini (za studente viših godina studija)</w:t>
      </w:r>
    </w:p>
    <w:p w14:paraId="7753A619" w14:textId="77777777" w:rsidR="004A29FA" w:rsidRPr="004A29FA" w:rsidRDefault="004A29FA" w:rsidP="008202F7">
      <w:pPr>
        <w:jc w:val="both"/>
        <w:rPr>
          <w:sz w:val="22"/>
        </w:rPr>
      </w:pPr>
    </w:p>
    <w:p w14:paraId="65B29C2E" w14:textId="77777777" w:rsidR="00DA6C93" w:rsidRPr="00DA6C93" w:rsidRDefault="00DA6C93">
      <w:pPr>
        <w:rPr>
          <w:sz w:val="24"/>
          <w:szCs w:val="24"/>
        </w:rPr>
      </w:pPr>
    </w:p>
    <w:p w14:paraId="7C239B49" w14:textId="18824D23" w:rsidR="00DA6C93" w:rsidRPr="00DA6C93" w:rsidRDefault="00000000" w:rsidP="00DA6C93">
      <w:pPr>
        <w:pStyle w:val="Odlomakpopisa"/>
        <w:numPr>
          <w:ilvl w:val="0"/>
          <w:numId w:val="10"/>
        </w:numPr>
        <w:rPr>
          <w:b/>
          <w:sz w:val="24"/>
          <w:szCs w:val="24"/>
        </w:rPr>
      </w:pPr>
      <w:r w:rsidRPr="00DA6C93">
        <w:rPr>
          <w:b/>
          <w:sz w:val="24"/>
          <w:szCs w:val="24"/>
        </w:rPr>
        <w:t>IZJAVA PODNOSITELJA PRIJAVE</w:t>
      </w:r>
    </w:p>
    <w:p w14:paraId="1760F386" w14:textId="77777777" w:rsidR="008202F7" w:rsidRPr="008202F7" w:rsidRDefault="008202F7" w:rsidP="008202F7">
      <w:pPr>
        <w:pStyle w:val="StandardWeb"/>
        <w:jc w:val="both"/>
        <w:rPr>
          <w:rFonts w:ascii="Arial" w:eastAsiaTheme="minorEastAsia" w:hAnsi="Arial" w:cstheme="minorBidi"/>
          <w:sz w:val="22"/>
          <w:szCs w:val="22"/>
          <w:lang w:eastAsia="en-US"/>
        </w:rPr>
      </w:pPr>
      <w:r w:rsidRPr="008202F7">
        <w:rPr>
          <w:rFonts w:ascii="Arial" w:eastAsiaTheme="minorEastAsia" w:hAnsi="Arial" w:cstheme="minorBidi"/>
          <w:sz w:val="22"/>
          <w:szCs w:val="22"/>
          <w:lang w:eastAsia="en-US"/>
        </w:rPr>
        <w:t>Svojim potpisom potvrđujem da su svi podaci navedeni u ovoj prijavi istiniti i točni te pod materijalnom i kaznenom odgovornošću izjavljujem:</w:t>
      </w:r>
    </w:p>
    <w:p w14:paraId="1B2BB66B" w14:textId="77777777" w:rsidR="008202F7" w:rsidRDefault="008202F7" w:rsidP="008202F7">
      <w:pPr>
        <w:pStyle w:val="StandardWeb"/>
        <w:numPr>
          <w:ilvl w:val="0"/>
          <w:numId w:val="15"/>
        </w:numPr>
        <w:ind w:left="1040"/>
        <w:jc w:val="both"/>
        <w:rPr>
          <w:rFonts w:ascii="Arial" w:eastAsiaTheme="minorEastAsia" w:hAnsi="Arial" w:cstheme="minorBidi"/>
          <w:sz w:val="22"/>
          <w:szCs w:val="22"/>
          <w:lang w:eastAsia="en-US"/>
        </w:rPr>
      </w:pPr>
      <w:r w:rsidRPr="008202F7">
        <w:rPr>
          <w:rFonts w:ascii="Arial" w:eastAsiaTheme="minorEastAsia" w:hAnsi="Arial" w:cstheme="minorBidi"/>
          <w:sz w:val="22"/>
          <w:szCs w:val="22"/>
          <w:lang w:eastAsia="en-US"/>
        </w:rPr>
        <w:t>da nisam u radnom odnosu niti obavljam samostalnu djelatnost obrta ili slobodnog zanimanja,</w:t>
      </w:r>
    </w:p>
    <w:p w14:paraId="0EF2060D" w14:textId="46B4A506" w:rsidR="008202F7" w:rsidRPr="008202F7" w:rsidRDefault="008202F7" w:rsidP="008202F7">
      <w:pPr>
        <w:pStyle w:val="StandardWeb"/>
        <w:numPr>
          <w:ilvl w:val="0"/>
          <w:numId w:val="15"/>
        </w:numPr>
        <w:ind w:left="1040"/>
        <w:jc w:val="both"/>
        <w:rPr>
          <w:rFonts w:ascii="Arial" w:eastAsiaTheme="minorEastAsia" w:hAnsi="Arial" w:cstheme="minorBidi"/>
          <w:sz w:val="22"/>
          <w:szCs w:val="22"/>
          <w:lang w:eastAsia="en-US"/>
        </w:rPr>
      </w:pPr>
      <w:r w:rsidRPr="008202F7">
        <w:rPr>
          <w:rFonts w:ascii="Arial" w:eastAsiaTheme="minorEastAsia" w:hAnsi="Arial" w:cstheme="minorBidi"/>
          <w:sz w:val="22"/>
          <w:szCs w:val="22"/>
          <w:lang w:eastAsia="en-US"/>
        </w:rPr>
        <w:t>da u akademskoj godini 2026./2027. nisam upisao/la mirovanje studentskih obveza.</w:t>
      </w:r>
    </w:p>
    <w:p w14:paraId="344A2C57" w14:textId="77777777" w:rsidR="004A29FA" w:rsidRDefault="004A29FA">
      <w:pPr>
        <w:rPr>
          <w:sz w:val="22"/>
        </w:rPr>
      </w:pPr>
    </w:p>
    <w:p w14:paraId="3B08EC34" w14:textId="77777777" w:rsidR="008202F7" w:rsidRPr="008202F7" w:rsidRDefault="008202F7">
      <w:pPr>
        <w:rPr>
          <w:sz w:val="22"/>
        </w:rPr>
      </w:pPr>
    </w:p>
    <w:p w14:paraId="614E8C52" w14:textId="70E784AC" w:rsidR="000259EE" w:rsidRPr="008202F7" w:rsidRDefault="00000000">
      <w:pPr>
        <w:rPr>
          <w:sz w:val="22"/>
          <w:lang w:val="hr-HR"/>
        </w:rPr>
      </w:pPr>
      <w:r w:rsidRPr="008202F7">
        <w:rPr>
          <w:sz w:val="22"/>
        </w:rPr>
        <w:t xml:space="preserve">U Dugoj Resi, _______________ </w:t>
      </w:r>
      <w:r w:rsidRPr="008202F7">
        <w:rPr>
          <w:sz w:val="22"/>
          <w:lang w:val="hr-HR"/>
        </w:rPr>
        <w:t xml:space="preserve">2026. </w:t>
      </w:r>
      <w:r w:rsidR="008202F7" w:rsidRPr="008202F7">
        <w:rPr>
          <w:sz w:val="22"/>
          <w:lang w:val="hr-HR"/>
        </w:rPr>
        <w:t>g</w:t>
      </w:r>
      <w:r w:rsidRPr="008202F7">
        <w:rPr>
          <w:sz w:val="22"/>
          <w:lang w:val="hr-HR"/>
        </w:rPr>
        <w:t>odine</w:t>
      </w:r>
    </w:p>
    <w:p w14:paraId="3E30BF9E" w14:textId="77777777" w:rsidR="004A29FA" w:rsidRDefault="004A29FA">
      <w:pPr>
        <w:rPr>
          <w:sz w:val="22"/>
          <w:lang w:val="hr-HR"/>
        </w:rPr>
      </w:pPr>
    </w:p>
    <w:p w14:paraId="71DF9CDA" w14:textId="77777777" w:rsidR="008202F7" w:rsidRDefault="008202F7">
      <w:pPr>
        <w:rPr>
          <w:sz w:val="22"/>
          <w:lang w:val="hr-HR"/>
        </w:rPr>
      </w:pPr>
    </w:p>
    <w:p w14:paraId="25A1AC7E" w14:textId="77777777" w:rsidR="008202F7" w:rsidRPr="008202F7" w:rsidRDefault="008202F7">
      <w:pPr>
        <w:rPr>
          <w:sz w:val="22"/>
          <w:lang w:val="hr-HR"/>
        </w:rPr>
      </w:pPr>
    </w:p>
    <w:p w14:paraId="37040871" w14:textId="77777777" w:rsidR="004A29FA" w:rsidRPr="008202F7" w:rsidRDefault="004A29FA">
      <w:pPr>
        <w:rPr>
          <w:sz w:val="22"/>
          <w:lang w:val="hr-HR"/>
        </w:rPr>
      </w:pPr>
    </w:p>
    <w:p w14:paraId="1D6A09F8" w14:textId="2D201350" w:rsidR="000259EE" w:rsidRDefault="008202F7" w:rsidP="008202F7">
      <w:pPr>
        <w:ind w:left="5040"/>
        <w:rPr>
          <w:sz w:val="22"/>
        </w:rPr>
      </w:pPr>
      <w:r>
        <w:rPr>
          <w:sz w:val="22"/>
          <w:lang w:val="hr-HR"/>
        </w:rPr>
        <w:t xml:space="preserve">             </w:t>
      </w:r>
      <w:r w:rsidRPr="008202F7">
        <w:rPr>
          <w:sz w:val="22"/>
          <w:lang w:val="hr-HR"/>
        </w:rPr>
        <w:t xml:space="preserve">  </w:t>
      </w:r>
      <w:r w:rsidR="00000000" w:rsidRPr="008202F7">
        <w:rPr>
          <w:sz w:val="22"/>
          <w:lang w:val="hr-HR"/>
        </w:rPr>
        <w:t>Potpis podnositelja prijave</w:t>
      </w:r>
      <w:r w:rsidR="00000000" w:rsidRPr="008202F7">
        <w:rPr>
          <w:sz w:val="22"/>
        </w:rPr>
        <w:t>:</w:t>
      </w:r>
    </w:p>
    <w:p w14:paraId="7D90ABF2" w14:textId="77777777" w:rsidR="008202F7" w:rsidRPr="008202F7" w:rsidRDefault="008202F7" w:rsidP="008202F7">
      <w:pPr>
        <w:ind w:left="5040"/>
        <w:rPr>
          <w:sz w:val="22"/>
        </w:rPr>
      </w:pPr>
    </w:p>
    <w:p w14:paraId="080D4351" w14:textId="2EC4E842" w:rsidR="000259EE" w:rsidRPr="008202F7" w:rsidRDefault="008202F7" w:rsidP="004A29FA">
      <w:pPr>
        <w:jc w:val="right"/>
        <w:rPr>
          <w:sz w:val="22"/>
        </w:rPr>
      </w:pPr>
      <w:r>
        <w:rPr>
          <w:sz w:val="22"/>
        </w:rPr>
        <w:t xml:space="preserve">   </w:t>
      </w:r>
      <w:r w:rsidR="00000000" w:rsidRPr="008202F7">
        <w:rPr>
          <w:sz w:val="22"/>
        </w:rPr>
        <w:t>________________________________</w:t>
      </w:r>
    </w:p>
    <w:sectPr w:rsidR="000259EE" w:rsidRPr="008202F7" w:rsidSect="008202F7">
      <w:pgSz w:w="12240" w:h="15840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BE2D8E"/>
    <w:multiLevelType w:val="hybridMultilevel"/>
    <w:tmpl w:val="A30EC35E"/>
    <w:lvl w:ilvl="0" w:tplc="8B688E0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D17DF"/>
    <w:multiLevelType w:val="multilevel"/>
    <w:tmpl w:val="D9367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186BC0"/>
    <w:multiLevelType w:val="hybridMultilevel"/>
    <w:tmpl w:val="CF6E4A46"/>
    <w:lvl w:ilvl="0" w:tplc="8EC831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FBF28F3"/>
    <w:multiLevelType w:val="hybridMultilevel"/>
    <w:tmpl w:val="25BE42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A869D4"/>
    <w:multiLevelType w:val="multilevel"/>
    <w:tmpl w:val="7C44D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A405DC"/>
    <w:multiLevelType w:val="hybridMultilevel"/>
    <w:tmpl w:val="E27075E8"/>
    <w:lvl w:ilvl="0" w:tplc="8EC831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187496">
    <w:abstractNumId w:val="8"/>
  </w:num>
  <w:num w:numId="2" w16cid:durableId="1164856224">
    <w:abstractNumId w:val="6"/>
  </w:num>
  <w:num w:numId="3" w16cid:durableId="1069961317">
    <w:abstractNumId w:val="5"/>
  </w:num>
  <w:num w:numId="4" w16cid:durableId="1161584193">
    <w:abstractNumId w:val="4"/>
  </w:num>
  <w:num w:numId="5" w16cid:durableId="331028660">
    <w:abstractNumId w:val="7"/>
  </w:num>
  <w:num w:numId="6" w16cid:durableId="1456943292">
    <w:abstractNumId w:val="3"/>
  </w:num>
  <w:num w:numId="7" w16cid:durableId="735934264">
    <w:abstractNumId w:val="2"/>
  </w:num>
  <w:num w:numId="8" w16cid:durableId="151871039">
    <w:abstractNumId w:val="1"/>
  </w:num>
  <w:num w:numId="9" w16cid:durableId="608856957">
    <w:abstractNumId w:val="0"/>
  </w:num>
  <w:num w:numId="10" w16cid:durableId="1229000697">
    <w:abstractNumId w:val="9"/>
  </w:num>
  <w:num w:numId="11" w16cid:durableId="1373267381">
    <w:abstractNumId w:val="12"/>
  </w:num>
  <w:num w:numId="12" w16cid:durableId="1798141898">
    <w:abstractNumId w:val="10"/>
  </w:num>
  <w:num w:numId="13" w16cid:durableId="1067724155">
    <w:abstractNumId w:val="14"/>
  </w:num>
  <w:num w:numId="14" w16cid:durableId="1934821379">
    <w:abstractNumId w:val="13"/>
  </w:num>
  <w:num w:numId="15" w16cid:durableId="7325042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9EE"/>
    <w:rsid w:val="00034616"/>
    <w:rsid w:val="0006063C"/>
    <w:rsid w:val="0015074B"/>
    <w:rsid w:val="0029639D"/>
    <w:rsid w:val="00326F90"/>
    <w:rsid w:val="00377B66"/>
    <w:rsid w:val="004A29FA"/>
    <w:rsid w:val="008202F7"/>
    <w:rsid w:val="00AA1D8D"/>
    <w:rsid w:val="00B47730"/>
    <w:rsid w:val="00BD129E"/>
    <w:rsid w:val="00CB0664"/>
    <w:rsid w:val="00DA6C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10AC69"/>
  <w14:defaultImageDpi w14:val="330"/>
  <w15:docId w15:val="{CCF5EF75-BF8C-4A54-B23F-36B4F33CA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tandardWeb">
    <w:name w:val="Normal (Web)"/>
    <w:basedOn w:val="Normal"/>
    <w:uiPriority w:val="99"/>
    <w:unhideWhenUsed/>
    <w:rsid w:val="00DA6C93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Grad Duga Resa</cp:lastModifiedBy>
  <cp:revision>2</cp:revision>
  <dcterms:created xsi:type="dcterms:W3CDTF">2026-11-02T13:05:00Z</dcterms:created>
  <dcterms:modified xsi:type="dcterms:W3CDTF">2026-11-02T13:05:00Z</dcterms:modified>
  <cp:category/>
</cp:coreProperties>
</file>